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089467A" w14:textId="77777777" w:rsidR="008C01ED" w:rsidRDefault="00000000">
      <w:pPr>
        <w:pStyle w:val="Balk1"/>
        <w:jc w:val="center"/>
      </w:pPr>
      <w:r>
        <w:t>T.C.</w:t>
      </w:r>
      <w:r>
        <w:br/>
        <w:t>KAHRAMANMARAŞ SÜTÇÜ İMAM ÜNİVERSİTESİ</w:t>
      </w:r>
    </w:p>
    <w:p w14:paraId="31E4FFC7" w14:textId="7763D877" w:rsidR="008C01ED" w:rsidRDefault="00000000" w:rsidP="00D90144">
      <w:pPr>
        <w:jc w:val="center"/>
      </w:pPr>
      <w:r>
        <w:rPr>
          <w:b/>
        </w:rPr>
        <w:t>TEKNİK BİLİMLER MESLEK YÜKSEKOKULU</w:t>
      </w:r>
      <w:r>
        <w:rPr>
          <w:b/>
        </w:rPr>
        <w:br/>
        <w:t>BİLGİSAYAR TEKNOLOJİLERİ BÖLÜMÜ</w:t>
      </w:r>
      <w:r>
        <w:rPr>
          <w:b/>
        </w:rPr>
        <w:br/>
        <w:t>BİLGİSAYAR DESTEKLİ TASARIM VE ANİMASYON PROGRAMI</w:t>
      </w:r>
      <w:r>
        <w:rPr>
          <w:b/>
        </w:rPr>
        <w:br/>
      </w:r>
      <w:r>
        <w:rPr>
          <w:b/>
        </w:rPr>
        <w:br/>
      </w:r>
      <w:r>
        <w:br/>
        <w:t>ARA SINAV SONRASI DERS VE ÖĞRETİM ELEMANI DEĞERLENDİRME ANKET</w:t>
      </w:r>
      <w:r w:rsidR="00D90144">
        <w:t>İ</w:t>
      </w:r>
    </w:p>
    <w:tbl>
      <w:tblPr>
        <w:tblStyle w:val="TabloKlavuzu"/>
        <w:tblW w:w="0" w:type="auto"/>
        <w:jc w:val="center"/>
        <w:tblLook w:val="04A0" w:firstRow="1" w:lastRow="0" w:firstColumn="1" w:lastColumn="0" w:noHBand="0" w:noVBand="1"/>
      </w:tblPr>
      <w:tblGrid>
        <w:gridCol w:w="464"/>
        <w:gridCol w:w="1614"/>
        <w:gridCol w:w="1429"/>
        <w:gridCol w:w="1429"/>
        <w:gridCol w:w="1176"/>
        <w:gridCol w:w="1259"/>
        <w:gridCol w:w="1259"/>
      </w:tblGrid>
      <w:tr w:rsidR="008C01ED" w14:paraId="4E5AE387" w14:textId="77777777">
        <w:trPr>
          <w:jc w:val="center"/>
        </w:trPr>
        <w:tc>
          <w:tcPr>
            <w:tcW w:w="1234" w:type="dxa"/>
          </w:tcPr>
          <w:p w14:paraId="3935538E" w14:textId="77777777" w:rsidR="008C01ED" w:rsidRDefault="00000000">
            <w:r>
              <w:t>No</w:t>
            </w:r>
          </w:p>
        </w:tc>
        <w:tc>
          <w:tcPr>
            <w:tcW w:w="1234" w:type="dxa"/>
          </w:tcPr>
          <w:p w14:paraId="4DD33565" w14:textId="77777777" w:rsidR="008C01ED" w:rsidRDefault="00000000">
            <w:r>
              <w:t>Değerlendirme Ölçütü</w:t>
            </w:r>
          </w:p>
        </w:tc>
        <w:tc>
          <w:tcPr>
            <w:tcW w:w="1234" w:type="dxa"/>
          </w:tcPr>
          <w:p w14:paraId="3AB4301E" w14:textId="77777777" w:rsidR="008C01ED" w:rsidRDefault="00000000">
            <w:r>
              <w:t>Kesinlikle</w:t>
            </w:r>
            <w:r>
              <w:br/>
              <w:t>Katılmıyorum</w:t>
            </w:r>
          </w:p>
        </w:tc>
        <w:tc>
          <w:tcPr>
            <w:tcW w:w="1234" w:type="dxa"/>
          </w:tcPr>
          <w:p w14:paraId="2DA6D33B" w14:textId="77777777" w:rsidR="008C01ED" w:rsidRDefault="00000000">
            <w:r>
              <w:t>Katılmıyorum</w:t>
            </w:r>
          </w:p>
        </w:tc>
        <w:tc>
          <w:tcPr>
            <w:tcW w:w="1234" w:type="dxa"/>
          </w:tcPr>
          <w:p w14:paraId="74023A39" w14:textId="77777777" w:rsidR="008C01ED" w:rsidRDefault="00000000">
            <w:r>
              <w:t>Kararsızım</w:t>
            </w:r>
          </w:p>
        </w:tc>
        <w:tc>
          <w:tcPr>
            <w:tcW w:w="1234" w:type="dxa"/>
          </w:tcPr>
          <w:p w14:paraId="14809AF7" w14:textId="77777777" w:rsidR="008C01ED" w:rsidRDefault="00000000">
            <w:r>
              <w:t>Katılıyorum</w:t>
            </w:r>
          </w:p>
        </w:tc>
        <w:tc>
          <w:tcPr>
            <w:tcW w:w="1234" w:type="dxa"/>
          </w:tcPr>
          <w:p w14:paraId="24C5ABC1" w14:textId="77777777" w:rsidR="008C01ED" w:rsidRDefault="00000000">
            <w:r>
              <w:t>Kesinlikle</w:t>
            </w:r>
            <w:r>
              <w:br/>
              <w:t>Katılıyorum</w:t>
            </w:r>
          </w:p>
        </w:tc>
      </w:tr>
      <w:tr w:rsidR="008C01ED" w14:paraId="3C5193CB" w14:textId="77777777">
        <w:trPr>
          <w:jc w:val="center"/>
        </w:trPr>
        <w:tc>
          <w:tcPr>
            <w:tcW w:w="1234" w:type="dxa"/>
          </w:tcPr>
          <w:p w14:paraId="0FD798C6" w14:textId="77777777" w:rsidR="008C01ED" w:rsidRDefault="00000000">
            <w:r>
              <w:t>1</w:t>
            </w:r>
          </w:p>
        </w:tc>
        <w:tc>
          <w:tcPr>
            <w:tcW w:w="1234" w:type="dxa"/>
          </w:tcPr>
          <w:p w14:paraId="5D0C9887" w14:textId="77777777" w:rsidR="008C01ED" w:rsidRDefault="00000000">
            <w:r>
              <w:t>Sınav öncesinde; sınavın içeriği, soru tipleri ve puanlama hakkında yeterince bilgilendirildim.</w:t>
            </w:r>
          </w:p>
        </w:tc>
        <w:tc>
          <w:tcPr>
            <w:tcW w:w="1234" w:type="dxa"/>
          </w:tcPr>
          <w:p w14:paraId="47446083" w14:textId="77777777" w:rsidR="008C01ED" w:rsidRDefault="00000000">
            <w:r>
              <w:t>☐</w:t>
            </w:r>
          </w:p>
        </w:tc>
        <w:tc>
          <w:tcPr>
            <w:tcW w:w="1234" w:type="dxa"/>
          </w:tcPr>
          <w:p w14:paraId="253769E4" w14:textId="77777777" w:rsidR="008C01ED" w:rsidRDefault="00000000">
            <w:r>
              <w:t>☐</w:t>
            </w:r>
          </w:p>
        </w:tc>
        <w:tc>
          <w:tcPr>
            <w:tcW w:w="1234" w:type="dxa"/>
          </w:tcPr>
          <w:p w14:paraId="59E623AC" w14:textId="77777777" w:rsidR="008C01ED" w:rsidRDefault="00000000">
            <w:r>
              <w:t>☐</w:t>
            </w:r>
          </w:p>
        </w:tc>
        <w:tc>
          <w:tcPr>
            <w:tcW w:w="1234" w:type="dxa"/>
          </w:tcPr>
          <w:p w14:paraId="6CF36123" w14:textId="77777777" w:rsidR="008C01ED" w:rsidRDefault="00000000">
            <w:r>
              <w:t>☐</w:t>
            </w:r>
          </w:p>
        </w:tc>
        <w:tc>
          <w:tcPr>
            <w:tcW w:w="1234" w:type="dxa"/>
          </w:tcPr>
          <w:p w14:paraId="4FE26BE2" w14:textId="77777777" w:rsidR="008C01ED" w:rsidRDefault="00000000">
            <w:r>
              <w:t>☐</w:t>
            </w:r>
          </w:p>
        </w:tc>
      </w:tr>
      <w:tr w:rsidR="008C01ED" w14:paraId="618DA6AF" w14:textId="77777777">
        <w:trPr>
          <w:jc w:val="center"/>
        </w:trPr>
        <w:tc>
          <w:tcPr>
            <w:tcW w:w="1234" w:type="dxa"/>
          </w:tcPr>
          <w:p w14:paraId="209FB2A8" w14:textId="77777777" w:rsidR="008C01ED" w:rsidRDefault="00000000">
            <w:r>
              <w:t>2</w:t>
            </w:r>
          </w:p>
        </w:tc>
        <w:tc>
          <w:tcPr>
            <w:tcW w:w="1234" w:type="dxa"/>
          </w:tcPr>
          <w:p w14:paraId="29959DB1" w14:textId="77777777" w:rsidR="008C01ED" w:rsidRDefault="00000000">
            <w:r>
              <w:t>Sınav sorularında benden ne istendiği açık ve anlaşılırdı.</w:t>
            </w:r>
          </w:p>
        </w:tc>
        <w:tc>
          <w:tcPr>
            <w:tcW w:w="1234" w:type="dxa"/>
          </w:tcPr>
          <w:p w14:paraId="6BCF4DCA" w14:textId="77777777" w:rsidR="008C01ED" w:rsidRDefault="00000000">
            <w:r>
              <w:t>☐</w:t>
            </w:r>
          </w:p>
        </w:tc>
        <w:tc>
          <w:tcPr>
            <w:tcW w:w="1234" w:type="dxa"/>
          </w:tcPr>
          <w:p w14:paraId="0AE82AF5" w14:textId="77777777" w:rsidR="008C01ED" w:rsidRDefault="00000000">
            <w:r>
              <w:t>☐</w:t>
            </w:r>
          </w:p>
        </w:tc>
        <w:tc>
          <w:tcPr>
            <w:tcW w:w="1234" w:type="dxa"/>
          </w:tcPr>
          <w:p w14:paraId="07C4B420" w14:textId="77777777" w:rsidR="008C01ED" w:rsidRDefault="00000000">
            <w:r>
              <w:t>☐</w:t>
            </w:r>
          </w:p>
        </w:tc>
        <w:tc>
          <w:tcPr>
            <w:tcW w:w="1234" w:type="dxa"/>
          </w:tcPr>
          <w:p w14:paraId="203EEF2B" w14:textId="77777777" w:rsidR="008C01ED" w:rsidRDefault="00000000">
            <w:r>
              <w:t>☐</w:t>
            </w:r>
          </w:p>
        </w:tc>
        <w:tc>
          <w:tcPr>
            <w:tcW w:w="1234" w:type="dxa"/>
          </w:tcPr>
          <w:p w14:paraId="2969F94C" w14:textId="77777777" w:rsidR="008C01ED" w:rsidRDefault="00000000">
            <w:r>
              <w:t>☐</w:t>
            </w:r>
          </w:p>
        </w:tc>
      </w:tr>
      <w:tr w:rsidR="008C01ED" w14:paraId="5CBB187D" w14:textId="77777777">
        <w:trPr>
          <w:jc w:val="center"/>
        </w:trPr>
        <w:tc>
          <w:tcPr>
            <w:tcW w:w="1234" w:type="dxa"/>
          </w:tcPr>
          <w:p w14:paraId="12406BC2" w14:textId="77777777" w:rsidR="008C01ED" w:rsidRDefault="00000000">
            <w:r>
              <w:t>3</w:t>
            </w:r>
          </w:p>
        </w:tc>
        <w:tc>
          <w:tcPr>
            <w:tcW w:w="1234" w:type="dxa"/>
          </w:tcPr>
          <w:p w14:paraId="4C729F55" w14:textId="77777777" w:rsidR="008C01ED" w:rsidRDefault="00000000">
            <w:r>
              <w:t>Sorular derste işlediğimiz konulara uygundu ve verilen sınav süresi yeterliydi.</w:t>
            </w:r>
          </w:p>
        </w:tc>
        <w:tc>
          <w:tcPr>
            <w:tcW w:w="1234" w:type="dxa"/>
          </w:tcPr>
          <w:p w14:paraId="64576003" w14:textId="77777777" w:rsidR="008C01ED" w:rsidRDefault="00000000">
            <w:r>
              <w:t>☐</w:t>
            </w:r>
          </w:p>
        </w:tc>
        <w:tc>
          <w:tcPr>
            <w:tcW w:w="1234" w:type="dxa"/>
          </w:tcPr>
          <w:p w14:paraId="070B2EA8" w14:textId="77777777" w:rsidR="008C01ED" w:rsidRDefault="00000000">
            <w:r>
              <w:t>☐</w:t>
            </w:r>
          </w:p>
        </w:tc>
        <w:tc>
          <w:tcPr>
            <w:tcW w:w="1234" w:type="dxa"/>
          </w:tcPr>
          <w:p w14:paraId="53099528" w14:textId="77777777" w:rsidR="008C01ED" w:rsidRDefault="00000000">
            <w:r>
              <w:t>☐</w:t>
            </w:r>
          </w:p>
        </w:tc>
        <w:tc>
          <w:tcPr>
            <w:tcW w:w="1234" w:type="dxa"/>
          </w:tcPr>
          <w:p w14:paraId="31AC0D3A" w14:textId="77777777" w:rsidR="008C01ED" w:rsidRDefault="00000000">
            <w:r>
              <w:t>☐</w:t>
            </w:r>
          </w:p>
        </w:tc>
        <w:tc>
          <w:tcPr>
            <w:tcW w:w="1234" w:type="dxa"/>
          </w:tcPr>
          <w:p w14:paraId="308440EA" w14:textId="77777777" w:rsidR="008C01ED" w:rsidRDefault="00000000">
            <w:r>
              <w:t>☐</w:t>
            </w:r>
          </w:p>
        </w:tc>
      </w:tr>
      <w:tr w:rsidR="008C01ED" w14:paraId="0E11B9CD" w14:textId="77777777">
        <w:trPr>
          <w:jc w:val="center"/>
        </w:trPr>
        <w:tc>
          <w:tcPr>
            <w:tcW w:w="1234" w:type="dxa"/>
          </w:tcPr>
          <w:p w14:paraId="10A75831" w14:textId="77777777" w:rsidR="008C01ED" w:rsidRDefault="00000000">
            <w:r>
              <w:t>4</w:t>
            </w:r>
          </w:p>
        </w:tc>
        <w:tc>
          <w:tcPr>
            <w:tcW w:w="1234" w:type="dxa"/>
          </w:tcPr>
          <w:p w14:paraId="7EEF0F09" w14:textId="77777777" w:rsidR="008C01ED" w:rsidRDefault="00000000">
            <w:r>
              <w:t>Uygulanan sınav yöntemi (uygulama, çoktan seçmeli, açık uçlu vb.) ve puanlama, başarımı ölçmek için adil ve uygundu.</w:t>
            </w:r>
          </w:p>
        </w:tc>
        <w:tc>
          <w:tcPr>
            <w:tcW w:w="1234" w:type="dxa"/>
          </w:tcPr>
          <w:p w14:paraId="3420D829" w14:textId="77777777" w:rsidR="008C01ED" w:rsidRDefault="00000000">
            <w:r>
              <w:t>☐</w:t>
            </w:r>
          </w:p>
        </w:tc>
        <w:tc>
          <w:tcPr>
            <w:tcW w:w="1234" w:type="dxa"/>
          </w:tcPr>
          <w:p w14:paraId="6B117B87" w14:textId="77777777" w:rsidR="008C01ED" w:rsidRDefault="00000000">
            <w:r>
              <w:t>☐</w:t>
            </w:r>
          </w:p>
        </w:tc>
        <w:tc>
          <w:tcPr>
            <w:tcW w:w="1234" w:type="dxa"/>
          </w:tcPr>
          <w:p w14:paraId="18BCD3B2" w14:textId="77777777" w:rsidR="008C01ED" w:rsidRDefault="00000000">
            <w:r>
              <w:t>☐</w:t>
            </w:r>
          </w:p>
        </w:tc>
        <w:tc>
          <w:tcPr>
            <w:tcW w:w="1234" w:type="dxa"/>
          </w:tcPr>
          <w:p w14:paraId="1F120B7D" w14:textId="77777777" w:rsidR="008C01ED" w:rsidRDefault="00000000">
            <w:r>
              <w:t>☐</w:t>
            </w:r>
          </w:p>
        </w:tc>
        <w:tc>
          <w:tcPr>
            <w:tcW w:w="1234" w:type="dxa"/>
          </w:tcPr>
          <w:p w14:paraId="124F7A41" w14:textId="77777777" w:rsidR="008C01ED" w:rsidRDefault="00000000">
            <w:r>
              <w:t>☐</w:t>
            </w:r>
          </w:p>
        </w:tc>
      </w:tr>
      <w:tr w:rsidR="008C01ED" w14:paraId="12D18EF6" w14:textId="77777777">
        <w:trPr>
          <w:jc w:val="center"/>
        </w:trPr>
        <w:tc>
          <w:tcPr>
            <w:tcW w:w="1234" w:type="dxa"/>
          </w:tcPr>
          <w:p w14:paraId="5911AB10" w14:textId="77777777" w:rsidR="008C01ED" w:rsidRDefault="00000000">
            <w:r>
              <w:t>5</w:t>
            </w:r>
          </w:p>
        </w:tc>
        <w:tc>
          <w:tcPr>
            <w:tcW w:w="1234" w:type="dxa"/>
          </w:tcPr>
          <w:p w14:paraId="15DC6A7E" w14:textId="77777777" w:rsidR="008C01ED" w:rsidRDefault="00000000">
            <w:r>
              <w:t>Sorular, Görselleştirme II dersi kapsamında edindiğim bilgilerimi ölçmeye yönelikti.</w:t>
            </w:r>
          </w:p>
        </w:tc>
        <w:tc>
          <w:tcPr>
            <w:tcW w:w="1234" w:type="dxa"/>
          </w:tcPr>
          <w:p w14:paraId="43EE29E8" w14:textId="77777777" w:rsidR="008C01ED" w:rsidRDefault="00000000">
            <w:r>
              <w:t>☐</w:t>
            </w:r>
          </w:p>
        </w:tc>
        <w:tc>
          <w:tcPr>
            <w:tcW w:w="1234" w:type="dxa"/>
          </w:tcPr>
          <w:p w14:paraId="22CA83B9" w14:textId="77777777" w:rsidR="008C01ED" w:rsidRDefault="00000000">
            <w:r>
              <w:t>☐</w:t>
            </w:r>
          </w:p>
        </w:tc>
        <w:tc>
          <w:tcPr>
            <w:tcW w:w="1234" w:type="dxa"/>
          </w:tcPr>
          <w:p w14:paraId="4E2C0CE6" w14:textId="77777777" w:rsidR="008C01ED" w:rsidRDefault="00000000">
            <w:r>
              <w:t>☐</w:t>
            </w:r>
          </w:p>
        </w:tc>
        <w:tc>
          <w:tcPr>
            <w:tcW w:w="1234" w:type="dxa"/>
          </w:tcPr>
          <w:p w14:paraId="0AF7B258" w14:textId="77777777" w:rsidR="008C01ED" w:rsidRDefault="00000000">
            <w:r>
              <w:t>☐</w:t>
            </w:r>
          </w:p>
        </w:tc>
        <w:tc>
          <w:tcPr>
            <w:tcW w:w="1234" w:type="dxa"/>
          </w:tcPr>
          <w:p w14:paraId="5B8184D4" w14:textId="77777777" w:rsidR="008C01ED" w:rsidRDefault="00000000">
            <w:r>
              <w:t>☐</w:t>
            </w:r>
          </w:p>
        </w:tc>
      </w:tr>
      <w:tr w:rsidR="008C01ED" w14:paraId="38053AAB" w14:textId="77777777">
        <w:trPr>
          <w:jc w:val="center"/>
        </w:trPr>
        <w:tc>
          <w:tcPr>
            <w:tcW w:w="1234" w:type="dxa"/>
          </w:tcPr>
          <w:p w14:paraId="0C6633F5" w14:textId="77777777" w:rsidR="008C01ED" w:rsidRDefault="00000000">
            <w:r>
              <w:lastRenderedPageBreak/>
              <w:t>6</w:t>
            </w:r>
          </w:p>
        </w:tc>
        <w:tc>
          <w:tcPr>
            <w:tcW w:w="1234" w:type="dxa"/>
          </w:tcPr>
          <w:p w14:paraId="47E40782" w14:textId="77777777" w:rsidR="008C01ED" w:rsidRDefault="00000000">
            <w:r>
              <w:t>Öğretim elemanı dersi açık ve anlaşılır bir şekilde anlatmıştır.</w:t>
            </w:r>
          </w:p>
        </w:tc>
        <w:tc>
          <w:tcPr>
            <w:tcW w:w="1234" w:type="dxa"/>
          </w:tcPr>
          <w:p w14:paraId="1200E756" w14:textId="77777777" w:rsidR="008C01ED" w:rsidRDefault="00000000">
            <w:r>
              <w:t>☐</w:t>
            </w:r>
          </w:p>
        </w:tc>
        <w:tc>
          <w:tcPr>
            <w:tcW w:w="1234" w:type="dxa"/>
          </w:tcPr>
          <w:p w14:paraId="47B7914E" w14:textId="77777777" w:rsidR="008C01ED" w:rsidRDefault="00000000">
            <w:r>
              <w:t>☐</w:t>
            </w:r>
          </w:p>
        </w:tc>
        <w:tc>
          <w:tcPr>
            <w:tcW w:w="1234" w:type="dxa"/>
          </w:tcPr>
          <w:p w14:paraId="684E269D" w14:textId="77777777" w:rsidR="008C01ED" w:rsidRDefault="00000000">
            <w:r>
              <w:t>☐</w:t>
            </w:r>
          </w:p>
        </w:tc>
        <w:tc>
          <w:tcPr>
            <w:tcW w:w="1234" w:type="dxa"/>
          </w:tcPr>
          <w:p w14:paraId="192C479A" w14:textId="77777777" w:rsidR="008C01ED" w:rsidRDefault="00000000">
            <w:r>
              <w:t>☐</w:t>
            </w:r>
          </w:p>
        </w:tc>
        <w:tc>
          <w:tcPr>
            <w:tcW w:w="1234" w:type="dxa"/>
          </w:tcPr>
          <w:p w14:paraId="52C3AE5E" w14:textId="77777777" w:rsidR="008C01ED" w:rsidRDefault="00000000">
            <w:r>
              <w:t>☐</w:t>
            </w:r>
          </w:p>
        </w:tc>
      </w:tr>
      <w:tr w:rsidR="008C01ED" w14:paraId="1D71E0BE" w14:textId="77777777">
        <w:trPr>
          <w:jc w:val="center"/>
        </w:trPr>
        <w:tc>
          <w:tcPr>
            <w:tcW w:w="1234" w:type="dxa"/>
          </w:tcPr>
          <w:p w14:paraId="3BA888E3" w14:textId="77777777" w:rsidR="008C01ED" w:rsidRDefault="00000000">
            <w:r>
              <w:t>7</w:t>
            </w:r>
          </w:p>
        </w:tc>
        <w:tc>
          <w:tcPr>
            <w:tcW w:w="1234" w:type="dxa"/>
          </w:tcPr>
          <w:p w14:paraId="4B985357" w14:textId="77777777" w:rsidR="008C01ED" w:rsidRDefault="00000000">
            <w:r>
              <w:t>Öğretim elemanı ders sürecinde öğrencilerle etkili iletişim kurmuştur.</w:t>
            </w:r>
          </w:p>
        </w:tc>
        <w:tc>
          <w:tcPr>
            <w:tcW w:w="1234" w:type="dxa"/>
          </w:tcPr>
          <w:p w14:paraId="2DC21982" w14:textId="77777777" w:rsidR="008C01ED" w:rsidRDefault="00000000">
            <w:r>
              <w:t>☐</w:t>
            </w:r>
          </w:p>
        </w:tc>
        <w:tc>
          <w:tcPr>
            <w:tcW w:w="1234" w:type="dxa"/>
          </w:tcPr>
          <w:p w14:paraId="0A594F18" w14:textId="77777777" w:rsidR="008C01ED" w:rsidRDefault="00000000">
            <w:r>
              <w:t>☐</w:t>
            </w:r>
          </w:p>
        </w:tc>
        <w:tc>
          <w:tcPr>
            <w:tcW w:w="1234" w:type="dxa"/>
          </w:tcPr>
          <w:p w14:paraId="1F3C0E68" w14:textId="77777777" w:rsidR="008C01ED" w:rsidRDefault="00000000">
            <w:r>
              <w:t>☐</w:t>
            </w:r>
          </w:p>
        </w:tc>
        <w:tc>
          <w:tcPr>
            <w:tcW w:w="1234" w:type="dxa"/>
          </w:tcPr>
          <w:p w14:paraId="5E017895" w14:textId="77777777" w:rsidR="008C01ED" w:rsidRDefault="00000000">
            <w:r>
              <w:t>☐</w:t>
            </w:r>
          </w:p>
        </w:tc>
        <w:tc>
          <w:tcPr>
            <w:tcW w:w="1234" w:type="dxa"/>
          </w:tcPr>
          <w:p w14:paraId="797BCCEF" w14:textId="77777777" w:rsidR="008C01ED" w:rsidRDefault="00000000">
            <w:r>
              <w:t>☐</w:t>
            </w:r>
          </w:p>
        </w:tc>
      </w:tr>
      <w:tr w:rsidR="008C01ED" w14:paraId="02AA33E9" w14:textId="77777777">
        <w:trPr>
          <w:jc w:val="center"/>
        </w:trPr>
        <w:tc>
          <w:tcPr>
            <w:tcW w:w="1234" w:type="dxa"/>
          </w:tcPr>
          <w:p w14:paraId="34C78C80" w14:textId="77777777" w:rsidR="008C01ED" w:rsidRDefault="00000000">
            <w:r>
              <w:t>8</w:t>
            </w:r>
          </w:p>
        </w:tc>
        <w:tc>
          <w:tcPr>
            <w:tcW w:w="1234" w:type="dxa"/>
          </w:tcPr>
          <w:p w14:paraId="6665DC2B" w14:textId="77777777" w:rsidR="008C01ED" w:rsidRDefault="00000000">
            <w:r>
              <w:t>Öğretim elemanı ders sırasında öğrencilerin katılımını teşvik etmiştir.</w:t>
            </w:r>
          </w:p>
        </w:tc>
        <w:tc>
          <w:tcPr>
            <w:tcW w:w="1234" w:type="dxa"/>
          </w:tcPr>
          <w:p w14:paraId="6CBC5D5F" w14:textId="77777777" w:rsidR="008C01ED" w:rsidRDefault="00000000">
            <w:r>
              <w:t>☐</w:t>
            </w:r>
          </w:p>
        </w:tc>
        <w:tc>
          <w:tcPr>
            <w:tcW w:w="1234" w:type="dxa"/>
          </w:tcPr>
          <w:p w14:paraId="1156FA1A" w14:textId="77777777" w:rsidR="008C01ED" w:rsidRDefault="00000000">
            <w:r>
              <w:t>☐</w:t>
            </w:r>
          </w:p>
        </w:tc>
        <w:tc>
          <w:tcPr>
            <w:tcW w:w="1234" w:type="dxa"/>
          </w:tcPr>
          <w:p w14:paraId="50C58332" w14:textId="77777777" w:rsidR="008C01ED" w:rsidRDefault="00000000">
            <w:r>
              <w:t>☐</w:t>
            </w:r>
          </w:p>
        </w:tc>
        <w:tc>
          <w:tcPr>
            <w:tcW w:w="1234" w:type="dxa"/>
          </w:tcPr>
          <w:p w14:paraId="44470781" w14:textId="77777777" w:rsidR="008C01ED" w:rsidRDefault="00000000">
            <w:r>
              <w:t>☐</w:t>
            </w:r>
          </w:p>
        </w:tc>
        <w:tc>
          <w:tcPr>
            <w:tcW w:w="1234" w:type="dxa"/>
          </w:tcPr>
          <w:p w14:paraId="73F7C0BE" w14:textId="77777777" w:rsidR="008C01ED" w:rsidRDefault="00000000">
            <w:r>
              <w:t>☐</w:t>
            </w:r>
          </w:p>
        </w:tc>
      </w:tr>
      <w:tr w:rsidR="008C01ED" w14:paraId="376A3289" w14:textId="77777777">
        <w:trPr>
          <w:jc w:val="center"/>
        </w:trPr>
        <w:tc>
          <w:tcPr>
            <w:tcW w:w="1234" w:type="dxa"/>
          </w:tcPr>
          <w:p w14:paraId="569620EC" w14:textId="77777777" w:rsidR="008C01ED" w:rsidRDefault="00000000">
            <w:r>
              <w:t>9</w:t>
            </w:r>
          </w:p>
        </w:tc>
        <w:tc>
          <w:tcPr>
            <w:tcW w:w="1234" w:type="dxa"/>
          </w:tcPr>
          <w:p w14:paraId="5879EF2D" w14:textId="77777777" w:rsidR="008C01ED" w:rsidRDefault="00000000">
            <w:r>
              <w:t>Öğretim elemanına dersle ilgili konularda kolayca ulaşabilmek mümkün olmuştur.</w:t>
            </w:r>
          </w:p>
        </w:tc>
        <w:tc>
          <w:tcPr>
            <w:tcW w:w="1234" w:type="dxa"/>
          </w:tcPr>
          <w:p w14:paraId="58D98257" w14:textId="77777777" w:rsidR="008C01ED" w:rsidRDefault="00000000">
            <w:r>
              <w:t>☐</w:t>
            </w:r>
          </w:p>
        </w:tc>
        <w:tc>
          <w:tcPr>
            <w:tcW w:w="1234" w:type="dxa"/>
          </w:tcPr>
          <w:p w14:paraId="2B6A1A26" w14:textId="77777777" w:rsidR="008C01ED" w:rsidRDefault="00000000">
            <w:r>
              <w:t>☐</w:t>
            </w:r>
          </w:p>
        </w:tc>
        <w:tc>
          <w:tcPr>
            <w:tcW w:w="1234" w:type="dxa"/>
          </w:tcPr>
          <w:p w14:paraId="2079F5C7" w14:textId="77777777" w:rsidR="008C01ED" w:rsidRDefault="00000000">
            <w:r>
              <w:t>☐</w:t>
            </w:r>
          </w:p>
        </w:tc>
        <w:tc>
          <w:tcPr>
            <w:tcW w:w="1234" w:type="dxa"/>
          </w:tcPr>
          <w:p w14:paraId="01D6A232" w14:textId="77777777" w:rsidR="008C01ED" w:rsidRDefault="00000000">
            <w:r>
              <w:t>☐</w:t>
            </w:r>
          </w:p>
        </w:tc>
        <w:tc>
          <w:tcPr>
            <w:tcW w:w="1234" w:type="dxa"/>
          </w:tcPr>
          <w:p w14:paraId="221915E8" w14:textId="77777777" w:rsidR="008C01ED" w:rsidRDefault="00000000">
            <w:r>
              <w:t>☐</w:t>
            </w:r>
          </w:p>
        </w:tc>
      </w:tr>
      <w:tr w:rsidR="008C01ED" w14:paraId="1F5CB721" w14:textId="77777777">
        <w:trPr>
          <w:jc w:val="center"/>
        </w:trPr>
        <w:tc>
          <w:tcPr>
            <w:tcW w:w="1234" w:type="dxa"/>
          </w:tcPr>
          <w:p w14:paraId="002186AB" w14:textId="77777777" w:rsidR="008C01ED" w:rsidRDefault="00000000">
            <w:r>
              <w:t>10</w:t>
            </w:r>
          </w:p>
        </w:tc>
        <w:tc>
          <w:tcPr>
            <w:tcW w:w="1234" w:type="dxa"/>
          </w:tcPr>
          <w:p w14:paraId="2137F9E2" w14:textId="77777777" w:rsidR="008C01ED" w:rsidRDefault="00000000">
            <w:r>
              <w:t>Öğretim elemanı öğrencilere karşı saygılı ve nezaketli davranmıştır.</w:t>
            </w:r>
          </w:p>
        </w:tc>
        <w:tc>
          <w:tcPr>
            <w:tcW w:w="1234" w:type="dxa"/>
          </w:tcPr>
          <w:p w14:paraId="7B7A0993" w14:textId="77777777" w:rsidR="008C01ED" w:rsidRDefault="00000000">
            <w:r>
              <w:t>☐</w:t>
            </w:r>
          </w:p>
        </w:tc>
        <w:tc>
          <w:tcPr>
            <w:tcW w:w="1234" w:type="dxa"/>
          </w:tcPr>
          <w:p w14:paraId="13CE36A7" w14:textId="77777777" w:rsidR="008C01ED" w:rsidRDefault="00000000">
            <w:r>
              <w:t>☐</w:t>
            </w:r>
          </w:p>
        </w:tc>
        <w:tc>
          <w:tcPr>
            <w:tcW w:w="1234" w:type="dxa"/>
          </w:tcPr>
          <w:p w14:paraId="69136DDF" w14:textId="77777777" w:rsidR="008C01ED" w:rsidRDefault="00000000">
            <w:r>
              <w:t>☐</w:t>
            </w:r>
          </w:p>
        </w:tc>
        <w:tc>
          <w:tcPr>
            <w:tcW w:w="1234" w:type="dxa"/>
          </w:tcPr>
          <w:p w14:paraId="296AEF9C" w14:textId="77777777" w:rsidR="008C01ED" w:rsidRDefault="00000000">
            <w:r>
              <w:t>☐</w:t>
            </w:r>
          </w:p>
        </w:tc>
        <w:tc>
          <w:tcPr>
            <w:tcW w:w="1234" w:type="dxa"/>
          </w:tcPr>
          <w:p w14:paraId="06770739" w14:textId="77777777" w:rsidR="008C01ED" w:rsidRDefault="00000000">
            <w:r>
              <w:t>☐</w:t>
            </w:r>
          </w:p>
        </w:tc>
      </w:tr>
    </w:tbl>
    <w:p w14:paraId="42EA20EA" w14:textId="77777777" w:rsidR="008C01ED" w:rsidRDefault="00000000">
      <w:r>
        <w:br/>
        <w:t>Görüş ve Öneriler:</w:t>
      </w:r>
      <w:r>
        <w:br/>
      </w:r>
    </w:p>
    <w:p w14:paraId="2AFD8621" w14:textId="77777777" w:rsidR="008C01ED" w:rsidRDefault="00000000">
      <w:r>
        <w:t>....................................................................................................................................................................................</w:t>
      </w:r>
    </w:p>
    <w:p w14:paraId="5B0F60A6" w14:textId="77777777" w:rsidR="008C01ED" w:rsidRDefault="00000000">
      <w:r>
        <w:t>....................................................................................................................................................................................</w:t>
      </w:r>
    </w:p>
    <w:sectPr w:rsidR="008C01ED" w:rsidSect="00D90144">
      <w:pgSz w:w="12240" w:h="15840"/>
      <w:pgMar w:top="18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umara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umara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eMadde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eMadde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umara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eMadde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665473234">
    <w:abstractNumId w:val="8"/>
  </w:num>
  <w:num w:numId="2" w16cid:durableId="1273899440">
    <w:abstractNumId w:val="6"/>
  </w:num>
  <w:num w:numId="3" w16cid:durableId="1689915155">
    <w:abstractNumId w:val="5"/>
  </w:num>
  <w:num w:numId="4" w16cid:durableId="568807386">
    <w:abstractNumId w:val="4"/>
  </w:num>
  <w:num w:numId="5" w16cid:durableId="174543115">
    <w:abstractNumId w:val="7"/>
  </w:num>
  <w:num w:numId="6" w16cid:durableId="1602951989">
    <w:abstractNumId w:val="3"/>
  </w:num>
  <w:num w:numId="7" w16cid:durableId="1753770663">
    <w:abstractNumId w:val="2"/>
  </w:num>
  <w:num w:numId="8" w16cid:durableId="1124544224">
    <w:abstractNumId w:val="1"/>
  </w:num>
  <w:num w:numId="9" w16cid:durableId="1962178133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1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8C01ED"/>
    <w:rsid w:val="00A71C20"/>
    <w:rsid w:val="00AA1D8D"/>
    <w:rsid w:val="00B47730"/>
    <w:rsid w:val="00CB0664"/>
    <w:rsid w:val="00D9014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36344AB"/>
  <w14:defaultImageDpi w14:val="300"/>
  <w15:docId w15:val="{DBCB569A-1012-7044-B501-D677ADFC34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Balk1">
    <w:name w:val="heading 1"/>
    <w:basedOn w:val="Normal"/>
    <w:next w:val="Normal"/>
    <w:link w:val="Balk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618BF"/>
  </w:style>
  <w:style w:type="paragraph" w:styleId="AltBilgi">
    <w:name w:val="footer"/>
    <w:basedOn w:val="Normal"/>
    <w:link w:val="Al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618BF"/>
  </w:style>
  <w:style w:type="paragraph" w:styleId="AralkYok">
    <w:name w:val="No Spacing"/>
    <w:uiPriority w:val="1"/>
    <w:qFormat/>
    <w:rsid w:val="00FC693F"/>
    <w:pPr>
      <w:spacing w:after="0" w:line="240" w:lineRule="auto"/>
    </w:pPr>
  </w:style>
  <w:style w:type="character" w:customStyle="1" w:styleId="Balk1Char">
    <w:name w:val="Başlık 1 Char"/>
    <w:basedOn w:val="VarsaylanParagrafYazTipi"/>
    <w:link w:val="Bal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alk2Char">
    <w:name w:val="Başlık 2 Char"/>
    <w:basedOn w:val="VarsaylanParagrafYazTipi"/>
    <w:link w:val="Bal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nuBal">
    <w:name w:val="Title"/>
    <w:basedOn w:val="Normal"/>
    <w:next w:val="Normal"/>
    <w:link w:val="KonuBal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ltyaz">
    <w:name w:val="Subtitle"/>
    <w:basedOn w:val="Normal"/>
    <w:next w:val="Normal"/>
    <w:link w:val="Altyaz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ltyazChar">
    <w:name w:val="Altyazı Char"/>
    <w:basedOn w:val="VarsaylanParagrafYazTipi"/>
    <w:link w:val="Altyaz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Paragraf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GvdeMetni">
    <w:name w:val="Body Text"/>
    <w:basedOn w:val="Normal"/>
    <w:link w:val="GvdeMetniChar"/>
    <w:uiPriority w:val="99"/>
    <w:unhideWhenUsed/>
    <w:rsid w:val="00AA1D8D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rsid w:val="00AA1D8D"/>
  </w:style>
  <w:style w:type="paragraph" w:styleId="GvdeMetni2">
    <w:name w:val="Body Text 2"/>
    <w:basedOn w:val="Normal"/>
    <w:link w:val="GvdeMetni2Char"/>
    <w:uiPriority w:val="99"/>
    <w:unhideWhenUsed/>
    <w:rsid w:val="00AA1D8D"/>
    <w:pPr>
      <w:spacing w:after="120" w:line="480" w:lineRule="auto"/>
    </w:pPr>
  </w:style>
  <w:style w:type="character" w:customStyle="1" w:styleId="GvdeMetni2Char">
    <w:name w:val="Gövde Metni 2 Char"/>
    <w:basedOn w:val="VarsaylanParagrafYazTipi"/>
    <w:link w:val="GvdeMetni2"/>
    <w:uiPriority w:val="99"/>
    <w:rsid w:val="00AA1D8D"/>
  </w:style>
  <w:style w:type="paragraph" w:styleId="GvdeMetni3">
    <w:name w:val="Body Text 3"/>
    <w:basedOn w:val="Normal"/>
    <w:link w:val="GvdeMetni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GvdeMetni3Char">
    <w:name w:val="Gövde Metni 3 Char"/>
    <w:basedOn w:val="VarsaylanParagrafYazTipi"/>
    <w:link w:val="GvdeMetni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Maddemi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Maddemi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Maddemi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ara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eNumara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eNumara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Devam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Devam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Devam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kroMetni">
    <w:name w:val="macro"/>
    <w:link w:val="MakroMetni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MetniChar">
    <w:name w:val="Makro Metni Char"/>
    <w:basedOn w:val="VarsaylanParagrafYazTipi"/>
    <w:link w:val="MakroMetni"/>
    <w:uiPriority w:val="99"/>
    <w:rsid w:val="0029639D"/>
    <w:rPr>
      <w:rFonts w:ascii="Courier" w:hAnsi="Courier"/>
      <w:sz w:val="20"/>
      <w:szCs w:val="20"/>
    </w:rPr>
  </w:style>
  <w:style w:type="paragraph" w:styleId="Alnt">
    <w:name w:val="Quote"/>
    <w:basedOn w:val="Normal"/>
    <w:next w:val="Normal"/>
    <w:link w:val="AlntChar"/>
    <w:uiPriority w:val="29"/>
    <w:qFormat/>
    <w:rsid w:val="00FC693F"/>
    <w:rPr>
      <w:i/>
      <w:iCs/>
      <w:color w:val="000000" w:themeColor="text1"/>
    </w:rPr>
  </w:style>
  <w:style w:type="character" w:customStyle="1" w:styleId="AlntChar">
    <w:name w:val="Alıntı Char"/>
    <w:basedOn w:val="VarsaylanParagrafYazTipi"/>
    <w:link w:val="Alnt"/>
    <w:uiPriority w:val="29"/>
    <w:rsid w:val="00FC693F"/>
    <w:rPr>
      <w:i/>
      <w:iCs/>
      <w:color w:val="000000" w:themeColor="text1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ResimYazs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Gl">
    <w:name w:val="Strong"/>
    <w:basedOn w:val="VarsaylanParagrafYazTipi"/>
    <w:uiPriority w:val="22"/>
    <w:qFormat/>
    <w:rsid w:val="00FC693F"/>
    <w:rPr>
      <w:b/>
      <w:bCs/>
    </w:rPr>
  </w:style>
  <w:style w:type="character" w:styleId="Vurgu">
    <w:name w:val="Emphasis"/>
    <w:basedOn w:val="VarsaylanParagrafYazTipi"/>
    <w:uiPriority w:val="20"/>
    <w:qFormat/>
    <w:rsid w:val="00FC693F"/>
    <w:rPr>
      <w:i/>
      <w:iCs/>
    </w:rPr>
  </w:style>
  <w:style w:type="paragraph" w:styleId="GlAlnt">
    <w:name w:val="Intense Quote"/>
    <w:basedOn w:val="Normal"/>
    <w:next w:val="Normal"/>
    <w:link w:val="GlAln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GlAlntChar">
    <w:name w:val="Güçlü Alıntı Char"/>
    <w:basedOn w:val="VarsaylanParagrafYazTipi"/>
    <w:link w:val="GlAlnt"/>
    <w:uiPriority w:val="30"/>
    <w:rsid w:val="00FC693F"/>
    <w:rPr>
      <w:b/>
      <w:bCs/>
      <w:i/>
      <w:iCs/>
      <w:color w:val="4F81BD" w:themeColor="accent1"/>
    </w:rPr>
  </w:style>
  <w:style w:type="character" w:styleId="HafifVurgulama">
    <w:name w:val="Subtle Emphasis"/>
    <w:basedOn w:val="VarsaylanParagrafYazTipi"/>
    <w:uiPriority w:val="19"/>
    <w:qFormat/>
    <w:rsid w:val="00FC693F"/>
    <w:rPr>
      <w:i/>
      <w:iCs/>
      <w:color w:val="808080" w:themeColor="text1" w:themeTint="7F"/>
    </w:rPr>
  </w:style>
  <w:style w:type="character" w:styleId="GlVurgulama">
    <w:name w:val="Intense Emphasis"/>
    <w:basedOn w:val="VarsaylanParagrafYazTipi"/>
    <w:uiPriority w:val="21"/>
    <w:qFormat/>
    <w:rsid w:val="00FC693F"/>
    <w:rPr>
      <w:b/>
      <w:bCs/>
      <w:i/>
      <w:iCs/>
      <w:color w:val="4F81BD" w:themeColor="accent1"/>
    </w:rPr>
  </w:style>
  <w:style w:type="character" w:styleId="HafifBavuru">
    <w:name w:val="Subtle Reference"/>
    <w:basedOn w:val="VarsaylanParagrafYazTipi"/>
    <w:uiPriority w:val="31"/>
    <w:qFormat/>
    <w:rsid w:val="00FC693F"/>
    <w:rPr>
      <w:smallCaps/>
      <w:color w:val="C0504D" w:themeColor="accent2"/>
      <w:u w:val="single"/>
    </w:rPr>
  </w:style>
  <w:style w:type="character" w:styleId="GlBavuru">
    <w:name w:val="Intense Reference"/>
    <w:basedOn w:val="VarsaylanParagrafYazTipi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KitapBal">
    <w:name w:val="Book Title"/>
    <w:basedOn w:val="VarsaylanParagrafYazTipi"/>
    <w:uiPriority w:val="33"/>
    <w:qFormat/>
    <w:rsid w:val="00FC693F"/>
    <w:rPr>
      <w:b/>
      <w:bCs/>
      <w:smallCaps/>
      <w:spacing w:val="5"/>
    </w:rPr>
  </w:style>
  <w:style w:type="paragraph" w:styleId="TBal">
    <w:name w:val="TOC Heading"/>
    <w:basedOn w:val="Balk1"/>
    <w:next w:val="Normal"/>
    <w:uiPriority w:val="39"/>
    <w:semiHidden/>
    <w:unhideWhenUsed/>
    <w:qFormat/>
    <w:rsid w:val="00FC693F"/>
    <w:pPr>
      <w:outlineLvl w:val="9"/>
    </w:pPr>
  </w:style>
  <w:style w:type="table" w:styleId="TabloKlavuzu">
    <w:name w:val="Table Grid"/>
    <w:basedOn w:val="NormalTablo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kGlgeleme">
    <w:name w:val="Light Shading"/>
    <w:basedOn w:val="NormalTablo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AkGlgeleme-Vurgu1">
    <w:name w:val="Light Shading Accent 1"/>
    <w:basedOn w:val="NormalTablo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AkGlgeleme-Vurgu2">
    <w:name w:val="Light Shading Accent 2"/>
    <w:basedOn w:val="NormalTablo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AkGlgeleme-Vurgu3">
    <w:name w:val="Light Shading Accent 3"/>
    <w:basedOn w:val="NormalTablo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AkGlgeleme-Vurgu4">
    <w:name w:val="Light Shading Accent 4"/>
    <w:basedOn w:val="NormalTablo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AkGlgeleme-Vurgu5">
    <w:name w:val="Light Shading Accent 5"/>
    <w:basedOn w:val="NormalTablo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AkGlgeleme-Vurgu6">
    <w:name w:val="Light Shading Accent 6"/>
    <w:basedOn w:val="NormalTablo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kListe">
    <w:name w:val="Light List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AkListe-Vurgu1">
    <w:name w:val="Light List Accent 1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AkListe-Vurgu2">
    <w:name w:val="Light List Accent 2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AkListe-Vurgu3">
    <w:name w:val="Light List Accent 3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AkListe-Vurgu4">
    <w:name w:val="Light List Accent 4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AkListe-Vurgu5">
    <w:name w:val="Light List Accent 5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AkListe-Vurgu6">
    <w:name w:val="Light List Accent 6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kKlavuz">
    <w:name w:val="Light Grid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AkKlavuz-Vurgu1">
    <w:name w:val="Light Grid Accent 1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AkKlavuz-Vurgu2">
    <w:name w:val="Light Grid Accent 2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AkKlavuz-Vurgu3">
    <w:name w:val="Light Grid Accent 3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AkKlavuz-Vurgu4">
    <w:name w:val="Light Grid Accent 4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AkKlavuz-Vurgu5">
    <w:name w:val="Light Grid Accent 5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AkKlavuz-Vurgu6">
    <w:name w:val="Light Grid Accent 6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OrtaGlgeleme1">
    <w:name w:val="Medium Shading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1">
    <w:name w:val="Medium Shading 1 Accent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2">
    <w:name w:val="Medium Shading 1 Accent 2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3">
    <w:name w:val="Medium Shading 1 Accent 3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4">
    <w:name w:val="Medium Shading 1 Accent 4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5">
    <w:name w:val="Medium Shading 1 Accent 5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6">
    <w:name w:val="Medium Shading 1 Accent 6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2">
    <w:name w:val="Medium Shading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1">
    <w:name w:val="Medium Shading 2 Accent 1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2">
    <w:name w:val="Medium Shading 2 Accent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3">
    <w:name w:val="Medium Shading 2 Accent 3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4">
    <w:name w:val="Medium Shading 2 Accent 4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5">
    <w:name w:val="Medium Shading 2 Accent 5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6">
    <w:name w:val="Medium Shading 2 Accent 6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Liste1">
    <w:name w:val="Medium Lis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OrtaListe1-Vurgu1">
    <w:name w:val="Medium List 1 Accen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OrtaListe1-Vurgu2">
    <w:name w:val="Medium List 1 Accent 2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OrtaListe1-Vurgu3">
    <w:name w:val="Medium List 1 Accent 3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OrtaListe1-Vurgu4">
    <w:name w:val="Medium List 1 Accent 4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OrtaListe1-Vurgu5">
    <w:name w:val="Medium List 1 Accent 5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OrtaListe1-Vurgu6">
    <w:name w:val="Medium List 1 Accent 6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OrtaListe2">
    <w:name w:val="Medium Lis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2-Vurgu1">
    <w:name w:val="Medium List 2 Accent 1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2">
    <w:name w:val="Medium List 2 Accen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3">
    <w:name w:val="Medium List 2 Accent 3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4">
    <w:name w:val="Medium List 2 Accent 4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5">
    <w:name w:val="Medium List 2 Accent 5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6">
    <w:name w:val="Medium List 2 Accent 6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Klavuz1">
    <w:name w:val="Medium Grid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OrtaKlavuz1-Vurgu1">
    <w:name w:val="Medium Grid 1 Accent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OrtaKlavuz1-Vurgu2">
    <w:name w:val="Medium Grid 1 Accent 2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OrtaKlavuz1-Vurgu3">
    <w:name w:val="Medium Grid 1 Accent 3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rtaKlavuz1-Vurgu4">
    <w:name w:val="Medium Grid 1 Accent 4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OrtaKlavuz1-Vurgu5">
    <w:name w:val="Medium Grid 1 Accent 5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OrtaKlavuz1-Vurgu6">
    <w:name w:val="Medium Grid 1 Accent 6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OrtaKlavuz2">
    <w:name w:val="Medium Grid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1">
    <w:name w:val="Medium Grid 2 Accent 1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2">
    <w:name w:val="Medium Grid 2 Accent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3">
    <w:name w:val="Medium Grid 2 Accent 3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4">
    <w:name w:val="Medium Grid 2 Accent 4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5">
    <w:name w:val="Medium Grid 2 Accent 5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6">
    <w:name w:val="Medium Grid 2 Accent 6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3">
    <w:name w:val="Medium Grid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OrtaKlavuz3-Vurgu1">
    <w:name w:val="Medium Grid 3 Accent 1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OrtaKlavuz3-Vurgu2">
    <w:name w:val="Medium Grid 3 Accent 2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OrtaKlavuz3-Vurgu3">
    <w:name w:val="Medium Grid 3 Accent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OrtaKlavuz3-Vurgu4">
    <w:name w:val="Medium Grid 3 Accent 4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OrtaKlavuz3-Vurgu5">
    <w:name w:val="Medium Grid 3 Accent 5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OrtaKlavuz3-Vurgu6">
    <w:name w:val="Medium Grid 3 Accent 6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KoyuListe">
    <w:name w:val="Dark List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KoyuListe-Vurgu1">
    <w:name w:val="Dark List Accent 1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KoyuListe-Vurgu2">
    <w:name w:val="Dark List Accent 2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KoyuListe-Vurgu3">
    <w:name w:val="Dark List Accent 3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KoyuListe-Vurgu4">
    <w:name w:val="Dark List Accent 4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KoyuListe-Vurgu5">
    <w:name w:val="Dark List Accent 5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KoyuListe-Vurgu6">
    <w:name w:val="Dark List Accent 6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RenkliGlgeleme">
    <w:name w:val="Colorful Shading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1">
    <w:name w:val="Colorful Shading Accent 1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2">
    <w:name w:val="Colorful Shading Accent 2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3">
    <w:name w:val="Colorful Shading Accent 3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Glgeleme-Vurgu4">
    <w:name w:val="Colorful Shading Accent 4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5">
    <w:name w:val="Colorful Shading Accent 5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6">
    <w:name w:val="Colorful Shading Accent 6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Liste">
    <w:name w:val="Colorful List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enkliListe-Vurgu1">
    <w:name w:val="Colorful List Accent 1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RenkliListe-Vurgu2">
    <w:name w:val="Colorful List Accent 2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RenkliListe-Vurgu3">
    <w:name w:val="Colorful List Accent 3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RenkliListe-Vurgu4">
    <w:name w:val="Colorful List Accent 4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RenkliListe-Vurgu5">
    <w:name w:val="Colorful List Accent 5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RenkliListe-Vurgu6">
    <w:name w:val="Colorful List Accent 6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RenkliKlavuz">
    <w:name w:val="Colorful Grid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nkliKlavuz-Vurgu1">
    <w:name w:val="Colorful Grid Accent 1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nkliKlavuz-Vurgu2">
    <w:name w:val="Colorful Grid Accent 2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nkliKlavuz-Vurgu3">
    <w:name w:val="Colorful Grid Accent 3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Klavuz-Vurgu4">
    <w:name w:val="Colorful Grid Accent 4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nkliKlavuz-Vurgu5">
    <w:name w:val="Colorful Grid Accent 5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nkliKlavuz-Vurgu6">
    <w:name w:val="Colorful Grid Accent 6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244</Words>
  <Characters>1396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1637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OĞUZHAN    ÖZTÜRK</cp:lastModifiedBy>
  <cp:revision>2</cp:revision>
  <dcterms:created xsi:type="dcterms:W3CDTF">2026-07-16T16:16:00Z</dcterms:created>
  <dcterms:modified xsi:type="dcterms:W3CDTF">2026-07-16T16:16:00Z</dcterms:modified>
  <cp:category/>
</cp:coreProperties>
</file>